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כיפור – יום של שקט ושל סליחה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יום כיפור ואת משמעותו כיום של חשבון נפש וסליחה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ביום כיפור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לשון ואוצר מילים הקשורים ליום כיפור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חידון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י׳ בתשרי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לחשוב בכנות על המעשים שלנו ואיך להשתפר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נעילה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ניקיון, פשטות והתחלה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לשתות משקה מתוק או לאכול מאפה ביתי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את הסיגד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כמעט אין נהיגה ביום כיפור ברוב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דרכים שונות – תפילה, שקט, שיחה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לרצות את החבר ולבקש סליחה ישירות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בטקסט על מנהגי הקהילות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נדרי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קייסים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(התפילה הפותחת את יום כיפור בערב)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(התפילה שבסוף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(הארוחה לפני תחילת הצום)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(לחשוב בכנות על מעשינו)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(חלוק לבן ופשוט שלובשים בתפילה)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בגדים לבנים / מחזור. בלתי מוחשי: בקשת סליחה / חשבון נפש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תחושת שותפות ותמיכה כשכולם עושים את אותו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שצריך לפנות ישירות לחבר שפגענו בו ולבקש ממנו סליחה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כנה, שימוש בלשון מכבדת, הסבר קצר על 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להיות שקטים, לא להפריע, לכבד בחירות שונות במשפחה ובקהילה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חשיבה כנה על מעשינו ואיך להשתפר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בגדים לבנים / מחזור / נרות / 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יום כיפור מכפר רק על עבירות כלפי האלוהים, לא כלפי בני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למה קשה לבקש סליחה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פעילות דואר הסליחה כהמשך לחלק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לתלמידים לבחור אם לשתף את מכתב הסליחה או לשמור לעצמם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כיפור – יום של שקט ושל סליחה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כיפור הוא יום שקט מאוד בישראל. בדף הזה נלמד על המנהגים של היום, ועל בקשת סליחה.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חשבון נפש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בכנות מה עשינו טוב ומה פחות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 נדרי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התפילה שפותחת את יום כיפור בערב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נעילה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התפילה שבסוף יום כיפור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התפילות המיוחד לימים הנוראים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סעודה מפסקת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הארוחה המשפחתית לפני תחילת הצום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קייסים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 הדת בקהילת ביתא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השלמה בין אנשים אחרי מריבה או פגיעה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ט״ו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חשבון נפש?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לחשוב בכנות על המעשים שלנו ואיך להשתפר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תרגילים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להכין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לתפילה האחרונה ביום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נדרי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הבדלה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קידוש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לובשים לבן ביום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ניקיון, פשטות והתחלה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 שמגיע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צבע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בסיום הצום במשפחות מסוימות?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לשתות משקה מתוק או לאכול מאפה 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 לטיול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להדליק אש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חג בא אחרי יום כיפור אצל יהדות 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ל״ג בעומר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כיפור רחובות רבים בישראל ריקים ממכוניות.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בישראל חוגגות את יום כיפור באותה הדרך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המשנה, יום כיפור מכפר על פגיעה בחבר גם בלי לבקש ממנו סליחה.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ספרדיות ומזרחיות נהוג לומר סליחות כבר מחודש אלול.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יום כיפור הוא היום ה__________ ביותר בשנה.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רבים לובשים __________ ביום כיפור כסמל לניקיון ולהתחלה 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ספר התפילות המיוחד לימים הנוראים.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התפילה שפותחת את יום כיפור בערב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בהרבה ערים ילדים רוכבים על __________ ברחובות הריקים.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מנהיגי הדת בקהילת ביתא ישראל נקראים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 נדרי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התפילה שבסוף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נעילה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התפילה הפותחת את יום כיפור בערב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סעודה מפסקת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לחשוב בכנות על מעשינו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חשבון נפש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חלוק לבן ופשוט שלובשים בתפילה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הארוחה לפני תחילת הצום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למורשת מוחשית ודוגמה אחת למורשת בלתי מוחשית ביום כיפור.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קל יותר לבקש סליחה כשכולם עושים זאת באותו זמן?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לומדים מהמשפט שאומר שעבירות בין אדם לחברו דורשות פיוס אישי?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סליחה קצר לחבר/ה או לבן/בת משפחה – על מה אתם רוצים לבקש סליחה.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אפשר לכבד ביום כיפור גם מי שמתפלל וצם וגם מי שלא?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חשבון נפש?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למנהג מוחשי ביום כיפור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לבקש סליחה באופן אישי מהחבר שפגענו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כיפור – יום של שקט ושל סליחה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